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BC3FA2" w14:paraId="347A0093" w14:textId="77777777">
        <w:trPr>
          <w:jc w:val="center"/>
        </w:trPr>
        <w:tc>
          <w:tcPr>
            <w:tcW w:w="5040" w:type="dxa"/>
          </w:tcPr>
          <w:p w14:paraId="7FD3667D" w14:textId="4399226B" w:rsidR="00BC3FA2" w:rsidRDefault="00C156C6">
            <w:pPr>
              <w:jc w:val="center"/>
            </w:pPr>
            <w:r w:rsidRPr="00C156C6">
              <w:rPr>
                <w:rFonts w:ascii="Arial" w:hAnsi="Arial"/>
                <w:b/>
                <w:noProof/>
                <w:color w:val="002060"/>
                <w:sz w:val="40"/>
              </w:rPr>
              <w:drawing>
                <wp:inline distT="0" distB="0" distL="0" distR="0" wp14:anchorId="64CA4074" wp14:editId="177D9F15">
                  <wp:extent cx="2867025" cy="2414338"/>
                  <wp:effectExtent l="0" t="0" r="0" b="5080"/>
                  <wp:docPr id="8438354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3835483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514" cy="2418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</w:tcPr>
          <w:p w14:paraId="6C0FC809" w14:textId="3D2E3FEE" w:rsidR="00BC3FA2" w:rsidRDefault="00C156C6">
            <w:pPr>
              <w:jc w:val="right"/>
            </w:pPr>
            <w:r w:rsidRPr="00C156C6">
              <w:rPr>
                <w:rFonts w:ascii="Arial" w:hAnsi="Arial"/>
                <w:b/>
                <w:noProof/>
                <w:color w:val="002060"/>
                <w:sz w:val="24"/>
              </w:rPr>
              <w:drawing>
                <wp:inline distT="0" distB="0" distL="0" distR="0" wp14:anchorId="325774F0" wp14:editId="11C9F3C2">
                  <wp:extent cx="3351028" cy="2181225"/>
                  <wp:effectExtent l="0" t="0" r="1905" b="0"/>
                  <wp:docPr id="503338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3387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5482" cy="2184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74D241" w14:textId="36A7325D" w:rsidR="00BC3FA2" w:rsidRPr="00C156C6" w:rsidRDefault="00000000">
      <w:pPr>
        <w:spacing w:before="360" w:after="240"/>
        <w:jc w:val="center"/>
        <w:rPr>
          <w:sz w:val="28"/>
          <w:szCs w:val="28"/>
        </w:rPr>
      </w:pPr>
      <w:r w:rsidRPr="00C156C6">
        <w:rPr>
          <w:rFonts w:ascii="Arial" w:hAnsi="Arial"/>
          <w:b/>
          <w:sz w:val="28"/>
          <w:szCs w:val="28"/>
        </w:rPr>
        <w:t xml:space="preserve">Please send </w:t>
      </w:r>
      <w:r w:rsidR="00C156C6">
        <w:rPr>
          <w:rFonts w:ascii="Arial" w:hAnsi="Arial"/>
          <w:b/>
          <w:sz w:val="28"/>
          <w:szCs w:val="28"/>
        </w:rPr>
        <w:t xml:space="preserve">completed </w:t>
      </w:r>
      <w:r w:rsidRPr="00C156C6">
        <w:rPr>
          <w:rFonts w:ascii="Arial" w:hAnsi="Arial"/>
          <w:b/>
          <w:sz w:val="28"/>
          <w:szCs w:val="28"/>
        </w:rPr>
        <w:t xml:space="preserve">registration </w:t>
      </w:r>
      <w:r w:rsidR="00C156C6">
        <w:rPr>
          <w:rFonts w:ascii="Arial" w:hAnsi="Arial"/>
          <w:b/>
          <w:sz w:val="28"/>
          <w:szCs w:val="28"/>
        </w:rPr>
        <w:t>forms</w:t>
      </w:r>
      <w:r w:rsidRPr="00C156C6">
        <w:rPr>
          <w:rFonts w:ascii="Arial" w:hAnsi="Arial"/>
          <w:b/>
          <w:sz w:val="28"/>
          <w:szCs w:val="28"/>
        </w:rPr>
        <w:t xml:space="preserve"> to:</w:t>
      </w:r>
      <w:r w:rsidRPr="00C156C6">
        <w:rPr>
          <w:rFonts w:ascii="Arial" w:hAnsi="Arial"/>
          <w:b/>
          <w:sz w:val="28"/>
          <w:szCs w:val="28"/>
        </w:rPr>
        <w:br/>
      </w:r>
      <w:r w:rsidRPr="00C156C6">
        <w:rPr>
          <w:rFonts w:ascii="Arial" w:hAnsi="Arial"/>
          <w:b/>
          <w:color w:val="0000FF"/>
          <w:sz w:val="28"/>
          <w:szCs w:val="28"/>
          <w:u w:val="single"/>
        </w:rPr>
        <w:t>cassandra.struke@gmail.com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80"/>
        <w:gridCol w:w="3448"/>
        <w:gridCol w:w="4502"/>
      </w:tblGrid>
      <w:tr w:rsidR="00BC3FA2" w14:paraId="05E96943" w14:textId="77777777" w:rsidTr="00C156C6">
        <w:trPr>
          <w:jc w:val="center"/>
        </w:trPr>
        <w:tc>
          <w:tcPr>
            <w:tcW w:w="2480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  <w:shd w:val="clear" w:color="auto" w:fill="F2F2F2"/>
            <w:vAlign w:val="center"/>
          </w:tcPr>
          <w:p w14:paraId="67B2F30F" w14:textId="77777777" w:rsidR="00BC3FA2" w:rsidRDefault="00000000">
            <w:pPr>
              <w:spacing w:before="80" w:after="80"/>
            </w:pPr>
            <w:r>
              <w:rPr>
                <w:rFonts w:ascii="Arial" w:hAnsi="Arial"/>
                <w:b/>
                <w:sz w:val="20"/>
              </w:rPr>
              <w:t>Team Name</w:t>
            </w:r>
          </w:p>
        </w:tc>
        <w:tc>
          <w:tcPr>
            <w:tcW w:w="7950" w:type="dxa"/>
            <w:gridSpan w:val="2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  <w:vAlign w:val="center"/>
          </w:tcPr>
          <w:p w14:paraId="5723726B" w14:textId="77777777" w:rsidR="00BC3FA2" w:rsidRDefault="00BC3FA2">
            <w:pPr>
              <w:spacing w:before="80" w:after="80"/>
            </w:pPr>
          </w:p>
        </w:tc>
      </w:tr>
      <w:tr w:rsidR="00BC3FA2" w14:paraId="623F4868" w14:textId="77777777" w:rsidTr="00C156C6">
        <w:trPr>
          <w:jc w:val="center"/>
        </w:trPr>
        <w:tc>
          <w:tcPr>
            <w:tcW w:w="2480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  <w:shd w:val="clear" w:color="auto" w:fill="F2F2F2"/>
            <w:vAlign w:val="center"/>
          </w:tcPr>
          <w:p w14:paraId="6677E284" w14:textId="77777777" w:rsidR="00BC3FA2" w:rsidRDefault="00000000">
            <w:pPr>
              <w:spacing w:before="80" w:after="80"/>
            </w:pPr>
            <w:r>
              <w:rPr>
                <w:rFonts w:ascii="Arial" w:hAnsi="Arial"/>
                <w:b/>
                <w:sz w:val="20"/>
              </w:rPr>
              <w:t>Home Curling Club</w:t>
            </w:r>
          </w:p>
        </w:tc>
        <w:tc>
          <w:tcPr>
            <w:tcW w:w="7950" w:type="dxa"/>
            <w:gridSpan w:val="2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  <w:vAlign w:val="center"/>
          </w:tcPr>
          <w:p w14:paraId="2039BE1E" w14:textId="77777777" w:rsidR="00BC3FA2" w:rsidRDefault="00BC3FA2">
            <w:pPr>
              <w:spacing w:before="80" w:after="80"/>
            </w:pPr>
          </w:p>
        </w:tc>
      </w:tr>
      <w:tr w:rsidR="00BC3FA2" w14:paraId="0C13FE0B" w14:textId="77777777" w:rsidTr="00C156C6">
        <w:trPr>
          <w:jc w:val="center"/>
        </w:trPr>
        <w:tc>
          <w:tcPr>
            <w:tcW w:w="2480" w:type="dxa"/>
            <w:vMerge w:val="restart"/>
            <w:tcBorders>
              <w:top w:val="single" w:sz="12" w:space="0" w:color="A0A0A0"/>
              <w:left w:val="single" w:sz="4" w:space="0" w:color="auto"/>
              <w:bottom w:val="single" w:sz="12" w:space="0" w:color="A0A0A0"/>
              <w:right w:val="single" w:sz="12" w:space="0" w:color="A0A0A0"/>
            </w:tcBorders>
            <w:shd w:val="clear" w:color="auto" w:fill="F2F2F2"/>
            <w:vAlign w:val="center"/>
          </w:tcPr>
          <w:p w14:paraId="30C9B0DF" w14:textId="6E868AC4" w:rsidR="00BC3FA2" w:rsidRDefault="00000000">
            <w:pPr>
              <w:spacing w:before="80" w:after="80"/>
            </w:pPr>
            <w:r>
              <w:rPr>
                <w:rFonts w:ascii="Arial" w:hAnsi="Arial"/>
                <w:b/>
                <w:sz w:val="20"/>
              </w:rPr>
              <w:t xml:space="preserve">Player </w:t>
            </w:r>
            <w:r w:rsidR="00C156C6">
              <w:rPr>
                <w:rFonts w:ascii="Arial" w:hAnsi="Arial"/>
                <w:b/>
                <w:sz w:val="20"/>
              </w:rPr>
              <w:t xml:space="preserve">and </w:t>
            </w:r>
            <w:r>
              <w:rPr>
                <w:rFonts w:ascii="Arial" w:hAnsi="Arial"/>
                <w:b/>
                <w:sz w:val="20"/>
              </w:rPr>
              <w:t>Experience (Circle One)</w:t>
            </w:r>
          </w:p>
        </w:tc>
        <w:tc>
          <w:tcPr>
            <w:tcW w:w="344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  <w:vAlign w:val="center"/>
          </w:tcPr>
          <w:p w14:paraId="449334DA" w14:textId="41DF9B0B" w:rsidR="00BC3FA2" w:rsidRDefault="00000000">
            <w:pPr>
              <w:spacing w:before="80" w:after="80"/>
            </w:pPr>
            <w:r>
              <w:rPr>
                <w:rFonts w:ascii="Arial" w:hAnsi="Arial"/>
                <w:sz w:val="20"/>
              </w:rPr>
              <w:t xml:space="preserve">1. </w:t>
            </w:r>
          </w:p>
        </w:tc>
        <w:tc>
          <w:tcPr>
            <w:tcW w:w="4502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  <w:vAlign w:val="center"/>
          </w:tcPr>
          <w:p w14:paraId="5E5F60DE" w14:textId="77777777" w:rsidR="00BC3FA2" w:rsidRDefault="00000000">
            <w:pPr>
              <w:spacing w:before="80" w:after="80"/>
            </w:pPr>
            <w:proofErr w:type="gramStart"/>
            <w:r>
              <w:rPr>
                <w:rFonts w:ascii="Arial" w:hAnsi="Arial"/>
                <w:sz w:val="20"/>
              </w:rPr>
              <w:t>[  ]</w:t>
            </w:r>
            <w:proofErr w:type="gramEnd"/>
            <w:r>
              <w:rPr>
                <w:rFonts w:ascii="Arial" w:hAnsi="Arial"/>
                <w:sz w:val="20"/>
              </w:rPr>
              <w:t xml:space="preserve"> Beginner </w:t>
            </w:r>
            <w:proofErr w:type="gramStart"/>
            <w:r>
              <w:rPr>
                <w:rFonts w:ascii="Arial" w:hAnsi="Arial"/>
                <w:sz w:val="20"/>
              </w:rPr>
              <w:t xml:space="preserve">   [  ]</w:t>
            </w:r>
            <w:proofErr w:type="gramEnd"/>
            <w:r>
              <w:rPr>
                <w:rFonts w:ascii="Arial" w:hAnsi="Arial"/>
                <w:sz w:val="20"/>
              </w:rPr>
              <w:t xml:space="preserve"> Intermediate </w:t>
            </w:r>
            <w:proofErr w:type="gramStart"/>
            <w:r>
              <w:rPr>
                <w:rFonts w:ascii="Arial" w:hAnsi="Arial"/>
                <w:sz w:val="20"/>
              </w:rPr>
              <w:t xml:space="preserve">   [  ]</w:t>
            </w:r>
            <w:proofErr w:type="gramEnd"/>
            <w:r>
              <w:rPr>
                <w:rFonts w:ascii="Arial" w:hAnsi="Arial"/>
                <w:sz w:val="20"/>
              </w:rPr>
              <w:t xml:space="preserve"> Advanced</w:t>
            </w:r>
          </w:p>
        </w:tc>
      </w:tr>
      <w:tr w:rsidR="00BC3FA2" w14:paraId="26693168" w14:textId="77777777" w:rsidTr="00C156C6">
        <w:trPr>
          <w:jc w:val="center"/>
        </w:trPr>
        <w:tc>
          <w:tcPr>
            <w:tcW w:w="2480" w:type="dxa"/>
            <w:vMerge/>
            <w:tcBorders>
              <w:left w:val="single" w:sz="4" w:space="0" w:color="auto"/>
            </w:tcBorders>
          </w:tcPr>
          <w:p w14:paraId="760593DB" w14:textId="77777777" w:rsidR="00BC3FA2" w:rsidRDefault="00BC3FA2"/>
        </w:tc>
        <w:tc>
          <w:tcPr>
            <w:tcW w:w="344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  <w:vAlign w:val="center"/>
          </w:tcPr>
          <w:p w14:paraId="4F062AAC" w14:textId="3A4BD25B" w:rsidR="00BC3FA2" w:rsidRDefault="00000000">
            <w:pPr>
              <w:spacing w:before="80" w:after="80"/>
            </w:pPr>
            <w:r>
              <w:rPr>
                <w:rFonts w:ascii="Arial" w:hAnsi="Arial"/>
                <w:sz w:val="20"/>
              </w:rPr>
              <w:t xml:space="preserve">2. </w:t>
            </w:r>
          </w:p>
        </w:tc>
        <w:tc>
          <w:tcPr>
            <w:tcW w:w="4502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  <w:vAlign w:val="center"/>
          </w:tcPr>
          <w:p w14:paraId="3A9FFAE7" w14:textId="77777777" w:rsidR="00BC3FA2" w:rsidRDefault="00000000">
            <w:pPr>
              <w:spacing w:before="80" w:after="80"/>
            </w:pPr>
            <w:proofErr w:type="gramStart"/>
            <w:r>
              <w:rPr>
                <w:rFonts w:ascii="Arial" w:hAnsi="Arial"/>
                <w:sz w:val="20"/>
              </w:rPr>
              <w:t>[  ]</w:t>
            </w:r>
            <w:proofErr w:type="gramEnd"/>
            <w:r>
              <w:rPr>
                <w:rFonts w:ascii="Arial" w:hAnsi="Arial"/>
                <w:sz w:val="20"/>
              </w:rPr>
              <w:t xml:space="preserve"> Beginner </w:t>
            </w:r>
            <w:proofErr w:type="gramStart"/>
            <w:r>
              <w:rPr>
                <w:rFonts w:ascii="Arial" w:hAnsi="Arial"/>
                <w:sz w:val="20"/>
              </w:rPr>
              <w:t xml:space="preserve">   [  ]</w:t>
            </w:r>
            <w:proofErr w:type="gramEnd"/>
            <w:r>
              <w:rPr>
                <w:rFonts w:ascii="Arial" w:hAnsi="Arial"/>
                <w:sz w:val="20"/>
              </w:rPr>
              <w:t xml:space="preserve"> Intermediate </w:t>
            </w:r>
            <w:proofErr w:type="gramStart"/>
            <w:r>
              <w:rPr>
                <w:rFonts w:ascii="Arial" w:hAnsi="Arial"/>
                <w:sz w:val="20"/>
              </w:rPr>
              <w:t xml:space="preserve">   [  ]</w:t>
            </w:r>
            <w:proofErr w:type="gramEnd"/>
            <w:r>
              <w:rPr>
                <w:rFonts w:ascii="Arial" w:hAnsi="Arial"/>
                <w:sz w:val="20"/>
              </w:rPr>
              <w:t xml:space="preserve"> Advanced</w:t>
            </w:r>
          </w:p>
        </w:tc>
      </w:tr>
      <w:tr w:rsidR="00BC3FA2" w14:paraId="38052928" w14:textId="77777777" w:rsidTr="00C156C6">
        <w:trPr>
          <w:jc w:val="center"/>
        </w:trPr>
        <w:tc>
          <w:tcPr>
            <w:tcW w:w="2480" w:type="dxa"/>
            <w:vMerge/>
            <w:tcBorders>
              <w:left w:val="single" w:sz="4" w:space="0" w:color="auto"/>
            </w:tcBorders>
          </w:tcPr>
          <w:p w14:paraId="2C99332E" w14:textId="77777777" w:rsidR="00BC3FA2" w:rsidRDefault="00BC3FA2"/>
        </w:tc>
        <w:tc>
          <w:tcPr>
            <w:tcW w:w="344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  <w:vAlign w:val="center"/>
          </w:tcPr>
          <w:p w14:paraId="0C4D41BB" w14:textId="09D1D357" w:rsidR="00BC3FA2" w:rsidRDefault="00000000">
            <w:pPr>
              <w:spacing w:before="80" w:after="80"/>
            </w:pPr>
            <w:r>
              <w:rPr>
                <w:rFonts w:ascii="Arial" w:hAnsi="Arial"/>
                <w:sz w:val="20"/>
              </w:rPr>
              <w:t xml:space="preserve">3. </w:t>
            </w:r>
          </w:p>
        </w:tc>
        <w:tc>
          <w:tcPr>
            <w:tcW w:w="4502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  <w:vAlign w:val="center"/>
          </w:tcPr>
          <w:p w14:paraId="0ADF6A7E" w14:textId="77777777" w:rsidR="00BC3FA2" w:rsidRDefault="00000000">
            <w:pPr>
              <w:spacing w:before="80" w:after="80"/>
            </w:pPr>
            <w:proofErr w:type="gramStart"/>
            <w:r>
              <w:rPr>
                <w:rFonts w:ascii="Arial" w:hAnsi="Arial"/>
                <w:sz w:val="20"/>
              </w:rPr>
              <w:t>[  ]</w:t>
            </w:r>
            <w:proofErr w:type="gramEnd"/>
            <w:r>
              <w:rPr>
                <w:rFonts w:ascii="Arial" w:hAnsi="Arial"/>
                <w:sz w:val="20"/>
              </w:rPr>
              <w:t xml:space="preserve"> Beginner </w:t>
            </w:r>
            <w:proofErr w:type="gramStart"/>
            <w:r>
              <w:rPr>
                <w:rFonts w:ascii="Arial" w:hAnsi="Arial"/>
                <w:sz w:val="20"/>
              </w:rPr>
              <w:t xml:space="preserve">   [  ]</w:t>
            </w:r>
            <w:proofErr w:type="gramEnd"/>
            <w:r>
              <w:rPr>
                <w:rFonts w:ascii="Arial" w:hAnsi="Arial"/>
                <w:sz w:val="20"/>
              </w:rPr>
              <w:t xml:space="preserve"> Intermediate </w:t>
            </w:r>
            <w:proofErr w:type="gramStart"/>
            <w:r>
              <w:rPr>
                <w:rFonts w:ascii="Arial" w:hAnsi="Arial"/>
                <w:sz w:val="20"/>
              </w:rPr>
              <w:t xml:space="preserve">   [  ]</w:t>
            </w:r>
            <w:proofErr w:type="gramEnd"/>
            <w:r>
              <w:rPr>
                <w:rFonts w:ascii="Arial" w:hAnsi="Arial"/>
                <w:sz w:val="20"/>
              </w:rPr>
              <w:t xml:space="preserve"> Advanced</w:t>
            </w:r>
          </w:p>
        </w:tc>
      </w:tr>
      <w:tr w:rsidR="00BC3FA2" w14:paraId="21001B24" w14:textId="77777777" w:rsidTr="00C156C6">
        <w:trPr>
          <w:jc w:val="center"/>
        </w:trPr>
        <w:tc>
          <w:tcPr>
            <w:tcW w:w="2480" w:type="dxa"/>
            <w:vMerge/>
            <w:tcBorders>
              <w:left w:val="single" w:sz="4" w:space="0" w:color="auto"/>
            </w:tcBorders>
          </w:tcPr>
          <w:p w14:paraId="3908C504" w14:textId="77777777" w:rsidR="00BC3FA2" w:rsidRDefault="00BC3FA2"/>
        </w:tc>
        <w:tc>
          <w:tcPr>
            <w:tcW w:w="344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  <w:vAlign w:val="center"/>
          </w:tcPr>
          <w:p w14:paraId="207AE9FF" w14:textId="51A561C2" w:rsidR="00BC3FA2" w:rsidRDefault="00000000">
            <w:pPr>
              <w:spacing w:before="80" w:after="80"/>
            </w:pPr>
            <w:r>
              <w:rPr>
                <w:rFonts w:ascii="Arial" w:hAnsi="Arial"/>
                <w:sz w:val="20"/>
              </w:rPr>
              <w:t xml:space="preserve">4. </w:t>
            </w:r>
          </w:p>
        </w:tc>
        <w:tc>
          <w:tcPr>
            <w:tcW w:w="4502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  <w:vAlign w:val="center"/>
          </w:tcPr>
          <w:p w14:paraId="266F9050" w14:textId="77777777" w:rsidR="00BC3FA2" w:rsidRDefault="00000000">
            <w:pPr>
              <w:spacing w:before="80" w:after="80"/>
            </w:pPr>
            <w:proofErr w:type="gramStart"/>
            <w:r>
              <w:rPr>
                <w:rFonts w:ascii="Arial" w:hAnsi="Arial"/>
                <w:sz w:val="20"/>
              </w:rPr>
              <w:t>[  ]</w:t>
            </w:r>
            <w:proofErr w:type="gramEnd"/>
            <w:r>
              <w:rPr>
                <w:rFonts w:ascii="Arial" w:hAnsi="Arial"/>
                <w:sz w:val="20"/>
              </w:rPr>
              <w:t xml:space="preserve"> Beginner </w:t>
            </w:r>
            <w:proofErr w:type="gramStart"/>
            <w:r>
              <w:rPr>
                <w:rFonts w:ascii="Arial" w:hAnsi="Arial"/>
                <w:sz w:val="20"/>
              </w:rPr>
              <w:t xml:space="preserve">   [  ]</w:t>
            </w:r>
            <w:proofErr w:type="gramEnd"/>
            <w:r>
              <w:rPr>
                <w:rFonts w:ascii="Arial" w:hAnsi="Arial"/>
                <w:sz w:val="20"/>
              </w:rPr>
              <w:t xml:space="preserve"> Intermediate </w:t>
            </w:r>
            <w:proofErr w:type="gramStart"/>
            <w:r>
              <w:rPr>
                <w:rFonts w:ascii="Arial" w:hAnsi="Arial"/>
                <w:sz w:val="20"/>
              </w:rPr>
              <w:t xml:space="preserve">   [  ]</w:t>
            </w:r>
            <w:proofErr w:type="gramEnd"/>
            <w:r>
              <w:rPr>
                <w:rFonts w:ascii="Arial" w:hAnsi="Arial"/>
                <w:sz w:val="20"/>
              </w:rPr>
              <w:t xml:space="preserve"> Advanced</w:t>
            </w:r>
          </w:p>
        </w:tc>
      </w:tr>
      <w:tr w:rsidR="00C156C6" w14:paraId="08D6ED5C" w14:textId="77777777" w:rsidTr="00C156C6">
        <w:trPr>
          <w:jc w:val="center"/>
        </w:trPr>
        <w:tc>
          <w:tcPr>
            <w:tcW w:w="2480" w:type="dxa"/>
            <w:tcBorders>
              <w:top w:val="single" w:sz="12" w:space="0" w:color="A0A0A0"/>
              <w:left w:val="single" w:sz="4" w:space="0" w:color="auto"/>
              <w:bottom w:val="single" w:sz="12" w:space="0" w:color="A0A0A0"/>
              <w:right w:val="single" w:sz="12" w:space="0" w:color="A0A0A0"/>
            </w:tcBorders>
            <w:shd w:val="clear" w:color="auto" w:fill="F2F2F2"/>
            <w:vAlign w:val="center"/>
          </w:tcPr>
          <w:p w14:paraId="1C1DF1E6" w14:textId="50A42F4F" w:rsidR="00C156C6" w:rsidRDefault="00C156C6">
            <w:pPr>
              <w:spacing w:before="80" w:after="80"/>
            </w:pPr>
            <w:r>
              <w:rPr>
                <w:rFonts w:ascii="Arial" w:hAnsi="Arial"/>
                <w:b/>
                <w:sz w:val="20"/>
              </w:rPr>
              <w:t>Team Contact</w:t>
            </w:r>
            <w:r>
              <w:rPr>
                <w:rFonts w:ascii="Arial" w:hAnsi="Arial"/>
                <w:b/>
                <w:sz w:val="20"/>
              </w:rPr>
              <w:br/>
            </w:r>
          </w:p>
        </w:tc>
        <w:tc>
          <w:tcPr>
            <w:tcW w:w="7950" w:type="dxa"/>
            <w:gridSpan w:val="2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  <w:vAlign w:val="center"/>
          </w:tcPr>
          <w:p w14:paraId="4E1A3B31" w14:textId="3BD7A8D7" w:rsidR="00C156C6" w:rsidRDefault="00C156C6" w:rsidP="00C156C6">
            <w:pPr>
              <w:spacing w:before="120" w:after="120" w:line="24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Name:</w:t>
            </w:r>
            <w:r>
              <w:rPr>
                <w:rFonts w:ascii="Arial" w:hAnsi="Arial"/>
                <w:sz w:val="20"/>
              </w:rPr>
              <w:br/>
              <w:t>E-mail:</w:t>
            </w:r>
          </w:p>
          <w:p w14:paraId="782A4646" w14:textId="6747AF0D" w:rsidR="00C156C6" w:rsidRDefault="00C156C6" w:rsidP="00C156C6">
            <w:pPr>
              <w:spacing w:before="120" w:after="120" w:line="240" w:lineRule="auto"/>
            </w:pPr>
            <w:r>
              <w:rPr>
                <w:rFonts w:ascii="Arial" w:hAnsi="Arial"/>
                <w:sz w:val="20"/>
              </w:rPr>
              <w:t>Cell #:</w:t>
            </w:r>
          </w:p>
        </w:tc>
      </w:tr>
      <w:tr w:rsidR="00BC3FA2" w14:paraId="61646E35" w14:textId="77777777" w:rsidTr="00C156C6">
        <w:trPr>
          <w:jc w:val="center"/>
        </w:trPr>
        <w:tc>
          <w:tcPr>
            <w:tcW w:w="2480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  <w:shd w:val="clear" w:color="auto" w:fill="F2F2F2"/>
            <w:vAlign w:val="center"/>
          </w:tcPr>
          <w:p w14:paraId="385C94B3" w14:textId="77777777" w:rsidR="00BC3FA2" w:rsidRDefault="00000000">
            <w:pPr>
              <w:spacing w:before="80" w:after="80"/>
            </w:pPr>
            <w:r>
              <w:rPr>
                <w:rFonts w:ascii="Arial" w:hAnsi="Arial"/>
                <w:b/>
                <w:sz w:val="20"/>
              </w:rPr>
              <w:t>Age Category</w:t>
            </w:r>
            <w:r>
              <w:rPr>
                <w:rFonts w:ascii="Arial" w:hAnsi="Arial"/>
                <w:b/>
                <w:sz w:val="20"/>
              </w:rPr>
              <w:br/>
              <w:t>(Check One)</w:t>
            </w:r>
          </w:p>
        </w:tc>
        <w:tc>
          <w:tcPr>
            <w:tcW w:w="7950" w:type="dxa"/>
            <w:gridSpan w:val="2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  <w:vAlign w:val="center"/>
          </w:tcPr>
          <w:p w14:paraId="71798E9E" w14:textId="0BE08E04" w:rsidR="008037AE" w:rsidRDefault="00000000">
            <w:pPr>
              <w:spacing w:before="80" w:after="80"/>
              <w:rPr>
                <w:rFonts w:ascii="Arial" w:hAnsi="Arial"/>
                <w:i/>
                <w:sz w:val="20"/>
              </w:rPr>
            </w:pPr>
            <w:proofErr w:type="gramStart"/>
            <w:r>
              <w:rPr>
                <w:rFonts w:ascii="Arial" w:hAnsi="Arial"/>
                <w:sz w:val="20"/>
              </w:rPr>
              <w:t>[  ]</w:t>
            </w:r>
            <w:proofErr w:type="gramEnd"/>
            <w:r>
              <w:rPr>
                <w:rFonts w:ascii="Arial" w:hAnsi="Arial"/>
                <w:sz w:val="20"/>
              </w:rPr>
              <w:t xml:space="preserve"> U12          </w:t>
            </w:r>
            <w:proofErr w:type="gramStart"/>
            <w:r>
              <w:rPr>
                <w:rFonts w:ascii="Arial" w:hAnsi="Arial"/>
                <w:sz w:val="20"/>
              </w:rPr>
              <w:t xml:space="preserve">   [  ]</w:t>
            </w:r>
            <w:proofErr w:type="gramEnd"/>
            <w:r>
              <w:rPr>
                <w:rFonts w:ascii="Arial" w:hAnsi="Arial"/>
                <w:sz w:val="20"/>
              </w:rPr>
              <w:t xml:space="preserve"> U15             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i/>
                <w:sz w:val="20"/>
              </w:rPr>
              <w:t xml:space="preserve">*U12: 12 &amp; under as of Dec 31, 2026.  </w:t>
            </w:r>
            <w:r w:rsidR="008037AE">
              <w:rPr>
                <w:rFonts w:ascii="Arial" w:hAnsi="Arial"/>
                <w:i/>
                <w:sz w:val="20"/>
              </w:rPr>
              <w:t>First draw = 11:15am</w:t>
            </w:r>
          </w:p>
          <w:p w14:paraId="52C16C4B" w14:textId="006448E5" w:rsidR="00BC3FA2" w:rsidRDefault="00000000">
            <w:pPr>
              <w:spacing w:before="80" w:after="80"/>
            </w:pPr>
            <w:r>
              <w:rPr>
                <w:rFonts w:ascii="Arial" w:hAnsi="Arial"/>
                <w:i/>
                <w:sz w:val="20"/>
              </w:rPr>
              <w:t>*U15: 15 &amp; under as of Dec 31, 2026.</w:t>
            </w:r>
            <w:r w:rsidR="008037AE">
              <w:rPr>
                <w:rFonts w:ascii="Arial" w:hAnsi="Arial"/>
                <w:i/>
                <w:sz w:val="20"/>
              </w:rPr>
              <w:t xml:space="preserve"> First draw = 9:00am</w:t>
            </w:r>
          </w:p>
        </w:tc>
      </w:tr>
      <w:tr w:rsidR="00C156C6" w14:paraId="54408839" w14:textId="77777777" w:rsidTr="00C156C6">
        <w:trPr>
          <w:jc w:val="center"/>
        </w:trPr>
        <w:tc>
          <w:tcPr>
            <w:tcW w:w="2480" w:type="dxa"/>
            <w:tcBorders>
              <w:top w:val="single" w:sz="12" w:space="0" w:color="A0A0A0"/>
              <w:left w:val="single" w:sz="4" w:space="0" w:color="auto"/>
              <w:bottom w:val="single" w:sz="4" w:space="0" w:color="auto"/>
              <w:right w:val="single" w:sz="12" w:space="0" w:color="A0A0A0"/>
            </w:tcBorders>
            <w:shd w:val="clear" w:color="auto" w:fill="F2F2F2"/>
            <w:vAlign w:val="center"/>
          </w:tcPr>
          <w:p w14:paraId="23CFA481" w14:textId="1A74712C" w:rsidR="00C156C6" w:rsidRDefault="00C156C6">
            <w:pPr>
              <w:spacing w:before="80" w:after="80"/>
            </w:pPr>
            <w:r>
              <w:rPr>
                <w:rFonts w:ascii="Arial" w:hAnsi="Arial"/>
                <w:b/>
                <w:sz w:val="20"/>
              </w:rPr>
              <w:t>Dietary Restrictions</w:t>
            </w:r>
            <w:r>
              <w:rPr>
                <w:rFonts w:ascii="Arial" w:hAnsi="Arial"/>
                <w:b/>
                <w:sz w:val="20"/>
              </w:rPr>
              <w:br/>
              <w:t>(if any)</w:t>
            </w:r>
          </w:p>
        </w:tc>
        <w:tc>
          <w:tcPr>
            <w:tcW w:w="7950" w:type="dxa"/>
            <w:gridSpan w:val="2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  <w:vAlign w:val="center"/>
          </w:tcPr>
          <w:p w14:paraId="01F94E61" w14:textId="341B165A" w:rsidR="00C156C6" w:rsidRDefault="00C156C6">
            <w:pPr>
              <w:spacing w:before="80" w:after="80"/>
            </w:pPr>
            <w:r>
              <w:rPr>
                <w:rFonts w:ascii="Arial" w:hAnsi="Arial"/>
                <w:sz w:val="20"/>
              </w:rPr>
              <w:t xml:space="preserve"> </w:t>
            </w:r>
          </w:p>
        </w:tc>
      </w:tr>
    </w:tbl>
    <w:p w14:paraId="54DBC3C5" w14:textId="7832CD59" w:rsidR="00BC3FA2" w:rsidRPr="00C156C6" w:rsidRDefault="00000000">
      <w:pPr>
        <w:spacing w:before="480"/>
        <w:jc w:val="center"/>
        <w:rPr>
          <w:sz w:val="28"/>
          <w:szCs w:val="28"/>
        </w:rPr>
      </w:pPr>
      <w:r w:rsidRPr="00C156C6">
        <w:rPr>
          <w:rFonts w:ascii="Arial" w:hAnsi="Arial"/>
          <w:b/>
          <w:sz w:val="28"/>
          <w:szCs w:val="28"/>
        </w:rPr>
        <w:t xml:space="preserve">Please send entry fees to: </w:t>
      </w:r>
      <w:r w:rsidRPr="00C156C6">
        <w:rPr>
          <w:rFonts w:ascii="Arial" w:hAnsi="Arial"/>
          <w:b/>
          <w:color w:val="0000FF"/>
          <w:sz w:val="28"/>
          <w:szCs w:val="28"/>
          <w:u w:val="single"/>
        </w:rPr>
        <w:t>ayrhitandroll@gmail.com</w:t>
      </w:r>
      <w:r w:rsidRPr="00C156C6">
        <w:rPr>
          <w:rFonts w:ascii="Arial" w:hAnsi="Arial"/>
          <w:b/>
          <w:color w:val="0000FF"/>
          <w:sz w:val="28"/>
          <w:szCs w:val="28"/>
          <w:u w:val="single"/>
        </w:rPr>
        <w:br/>
      </w:r>
      <w:r w:rsidRPr="00C156C6">
        <w:rPr>
          <w:rFonts w:ascii="Arial" w:hAnsi="Arial"/>
          <w:b/>
          <w:sz w:val="26"/>
          <w:szCs w:val="26"/>
        </w:rPr>
        <w:t>[Please include the Team Name and '</w:t>
      </w:r>
      <w:r w:rsidR="00C156C6" w:rsidRPr="00C156C6">
        <w:rPr>
          <w:rFonts w:ascii="Arial" w:hAnsi="Arial"/>
          <w:b/>
          <w:sz w:val="26"/>
          <w:szCs w:val="26"/>
        </w:rPr>
        <w:t>Junior Bonspiel</w:t>
      </w:r>
      <w:r w:rsidRPr="00C156C6">
        <w:rPr>
          <w:rFonts w:ascii="Arial" w:hAnsi="Arial"/>
          <w:b/>
          <w:sz w:val="26"/>
          <w:szCs w:val="26"/>
        </w:rPr>
        <w:t>' in the message field]</w:t>
      </w:r>
    </w:p>
    <w:sectPr w:rsidR="00BC3FA2" w:rsidRPr="00C156C6" w:rsidSect="00C156C6">
      <w:pgSz w:w="12240" w:h="15840"/>
      <w:pgMar w:top="1009" w:right="737" w:bottom="1009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6568672">
    <w:abstractNumId w:val="8"/>
  </w:num>
  <w:num w:numId="2" w16cid:durableId="1257245967">
    <w:abstractNumId w:val="6"/>
  </w:num>
  <w:num w:numId="3" w16cid:durableId="25370140">
    <w:abstractNumId w:val="5"/>
  </w:num>
  <w:num w:numId="4" w16cid:durableId="383876378">
    <w:abstractNumId w:val="4"/>
  </w:num>
  <w:num w:numId="5" w16cid:durableId="456871077">
    <w:abstractNumId w:val="7"/>
  </w:num>
  <w:num w:numId="6" w16cid:durableId="1920870376">
    <w:abstractNumId w:val="3"/>
  </w:num>
  <w:num w:numId="7" w16cid:durableId="1659070508">
    <w:abstractNumId w:val="2"/>
  </w:num>
  <w:num w:numId="8" w16cid:durableId="1763866832">
    <w:abstractNumId w:val="1"/>
  </w:num>
  <w:num w:numId="9" w16cid:durableId="258760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037AE"/>
    <w:rsid w:val="00AA1D8D"/>
    <w:rsid w:val="00AC5D11"/>
    <w:rsid w:val="00B47730"/>
    <w:rsid w:val="00BB18A7"/>
    <w:rsid w:val="00BC3FA2"/>
    <w:rsid w:val="00C156C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5E13F7"/>
  <w14:defaultImageDpi w14:val="300"/>
  <w15:docId w15:val="{562529B2-7705-43FD-946D-8719B35BE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619</Characters>
  <Application>Microsoft Office Word</Application>
  <DocSecurity>0</DocSecurity>
  <Lines>44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Ben Graham</cp:lastModifiedBy>
  <cp:revision>2</cp:revision>
  <dcterms:created xsi:type="dcterms:W3CDTF">2026-09-06T15:11:00Z</dcterms:created>
  <dcterms:modified xsi:type="dcterms:W3CDTF">2026-09-06T15:11:00Z</dcterms:modified>
  <cp:category/>
</cp:coreProperties>
</file>